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10260"/>
        <w:gridCol w:w="252"/>
      </w:tblGrid>
      <w:tr w:rsidR="00160F22" w14:paraId="1DC566BE" w14:textId="77777777" w:rsidTr="008B02EB">
        <w:tc>
          <w:tcPr>
            <w:tcW w:w="10260" w:type="dxa"/>
            <w:tcMar>
              <w:top w:w="0" w:type="dxa"/>
              <w:left w:w="0" w:type="dxa"/>
              <w:bottom w:w="0" w:type="dxa"/>
              <w:right w:w="0" w:type="dxa"/>
            </w:tcMar>
          </w:tcPr>
          <w:p w14:paraId="4C52EAB3" w14:textId="77777777" w:rsidR="00160F22" w:rsidRDefault="00B87149">
            <w:pPr>
              <w:pStyle w:val="TemplateTitle"/>
            </w:pPr>
            <w:r>
              <w:t>Training Approval Request Template</w:t>
            </w:r>
          </w:p>
          <w:p w14:paraId="2402AF2B" w14:textId="77777777" w:rsidR="00160F22" w:rsidRDefault="00B87149">
            <w:pPr>
              <w:pStyle w:val="TemplateSubtitle"/>
            </w:pPr>
            <w:r>
              <w:t>Make the case by connecting the course to your work, team goals, and current challenges</w:t>
            </w:r>
          </w:p>
        </w:tc>
        <w:tc>
          <w:tcPr>
            <w:tcW w:w="252" w:type="dxa"/>
            <w:tcMar>
              <w:top w:w="0" w:type="dxa"/>
              <w:left w:w="0" w:type="dxa"/>
              <w:bottom w:w="0" w:type="dxa"/>
              <w:right w:w="0" w:type="dxa"/>
            </w:tcMar>
          </w:tcPr>
          <w:p w14:paraId="1606CBCE" w14:textId="05CC995C" w:rsidR="00160F22" w:rsidRDefault="00160F22">
            <w:pPr>
              <w:jc w:val="right"/>
            </w:pPr>
          </w:p>
        </w:tc>
      </w:tr>
    </w:tbl>
    <w:tbl>
      <w:tblPr>
        <w:tblW w:w="0" w:type="auto"/>
        <w:tblLook w:val="04A0" w:firstRow="1" w:lastRow="0" w:firstColumn="1" w:lastColumn="0" w:noHBand="0" w:noVBand="1"/>
      </w:tblPr>
      <w:tblGrid>
        <w:gridCol w:w="10512"/>
      </w:tblGrid>
      <w:tr w:rsidR="00160F22" w14:paraId="5023C16A" w14:textId="77777777">
        <w:tc>
          <w:tcPr>
            <w:tcW w:w="10512" w:type="dxa"/>
            <w:shd w:val="clear" w:color="auto" w:fill="DDEBF7"/>
            <w:tcMar>
              <w:top w:w="80" w:type="dxa"/>
              <w:left w:w="120" w:type="dxa"/>
              <w:bottom w:w="80" w:type="dxa"/>
              <w:right w:w="120" w:type="dxa"/>
            </w:tcMar>
          </w:tcPr>
          <w:p w14:paraId="390356BF" w14:textId="77777777" w:rsidR="00160F22" w:rsidRDefault="00B87149">
            <w:pPr>
              <w:pStyle w:val="TemplateBody"/>
            </w:pPr>
            <w:r>
              <w:rPr>
                <w:b/>
                <w:color w:val="132044"/>
              </w:rPr>
              <w:t xml:space="preserve">Before sending: </w:t>
            </w:r>
            <w:r>
              <w:t>Review the course outline and pull 2-3 topics that directly connect to your role, projects, or team challenges. The strongest requests explain exactly how the training will help support the team, solve current problems, reduce risk, or improve day-to-day work.</w:t>
            </w:r>
          </w:p>
        </w:tc>
      </w:tr>
    </w:tbl>
    <w:p w14:paraId="4897F16C" w14:textId="6C2DA60E" w:rsidR="008B02EB" w:rsidRPr="008B02EB" w:rsidRDefault="00B87149">
      <w:pPr>
        <w:pStyle w:val="TemplateHeading"/>
        <w:spacing w:before="120"/>
        <w:rPr>
          <w:color w:val="00B050"/>
        </w:rPr>
      </w:pPr>
      <w:r w:rsidRPr="008B02EB">
        <w:rPr>
          <w:highlight w:val="yellow"/>
        </w:rPr>
        <w:t>Copy and paste the below request into an email</w:t>
      </w:r>
      <w:r w:rsidR="008B02EB">
        <w:rPr>
          <w:highlight w:val="yellow"/>
        </w:rPr>
        <w:t xml:space="preserve"> </w:t>
      </w:r>
      <w:r w:rsidR="008B02EB" w:rsidRPr="008B02EB">
        <w:rPr>
          <w:color w:val="00B050"/>
          <w:highlight w:val="yellow"/>
        </w:rPr>
        <w:t>Please review and update all fields in green before sending.</w:t>
      </w:r>
    </w:p>
    <w:p w14:paraId="302479D6" w14:textId="77777777" w:rsidR="008B02EB" w:rsidRPr="008B02EB" w:rsidRDefault="008B02EB">
      <w:pPr>
        <w:pStyle w:val="TemplateHeading"/>
        <w:spacing w:before="120"/>
        <w:rPr>
          <w:b w:val="0"/>
          <w:bCs/>
          <w:color w:val="EE0000"/>
        </w:rPr>
      </w:pPr>
    </w:p>
    <w:p w14:paraId="0BD37C8C" w14:textId="77777777" w:rsidR="00160F22" w:rsidRDefault="00B87149">
      <w:pPr>
        <w:pStyle w:val="TemplateBody"/>
      </w:pPr>
      <w:r>
        <w:rPr>
          <w:b/>
          <w:color w:val="132044"/>
        </w:rPr>
        <w:t xml:space="preserve">Subject: </w:t>
      </w:r>
      <w:r>
        <w:t>Training Approval Request:</w:t>
      </w:r>
      <w:r w:rsidRPr="008B02EB">
        <w:rPr>
          <w:color w:val="00B050"/>
        </w:rPr>
        <w:t xml:space="preserve"> </w:t>
      </w:r>
      <w:sdt>
        <w:sdtPr>
          <w:rPr>
            <w:color w:val="00B050"/>
          </w:rPr>
          <w:alias w:val="COURSE_NAME"/>
          <w:tag w:val="COURSE_NAME"/>
          <w:id w:val="-1782945457"/>
          <w:text/>
        </w:sdtPr>
        <w:sdtEndPr/>
        <w:sdtContent>
          <w:r w:rsidRPr="008B02EB">
            <w:rPr>
              <w:color w:val="00B050"/>
            </w:rPr>
            <w:t>{{COURSE_NAME}}</w:t>
          </w:r>
        </w:sdtContent>
      </w:sdt>
    </w:p>
    <w:p w14:paraId="74A5E6DE" w14:textId="77777777" w:rsidR="008B02EB" w:rsidRDefault="008B02EB">
      <w:pPr>
        <w:pStyle w:val="TemplateBody"/>
      </w:pPr>
    </w:p>
    <w:p w14:paraId="4B5DBB4F" w14:textId="5DED536A" w:rsidR="00160F22" w:rsidRDefault="00B87149">
      <w:pPr>
        <w:pStyle w:val="TemplateBody"/>
      </w:pPr>
      <w:r>
        <w:t>Dear</w:t>
      </w:r>
      <w:r w:rsidRPr="008B02EB">
        <w:rPr>
          <w:color w:val="00B050"/>
        </w:rPr>
        <w:t xml:space="preserve"> </w:t>
      </w:r>
      <w:sdt>
        <w:sdtPr>
          <w:rPr>
            <w:color w:val="00B050"/>
          </w:rPr>
          <w:alias w:val="MANAGER_NAME"/>
          <w:tag w:val="MANAGER_NAME"/>
          <w:id w:val="1522195722"/>
          <w:text/>
        </w:sdtPr>
        <w:sdtEndPr/>
        <w:sdtContent>
          <w:r w:rsidRPr="008B02EB">
            <w:rPr>
              <w:color w:val="00B050"/>
            </w:rPr>
            <w:t>{{MANAGER_NAME}}</w:t>
          </w:r>
        </w:sdtContent>
      </w:sdt>
      <w:r>
        <w:t>,</w:t>
      </w:r>
    </w:p>
    <w:p w14:paraId="65E7A53B" w14:textId="77777777" w:rsidR="00160F22" w:rsidRDefault="00B87149">
      <w:pPr>
        <w:pStyle w:val="TemplateBody"/>
      </w:pPr>
      <w:r>
        <w:t>I would like to request approval to attend Becht’s</w:t>
      </w:r>
      <w:r w:rsidRPr="00A1021C">
        <w:rPr>
          <w:color w:val="00B050"/>
        </w:rPr>
        <w:t xml:space="preserve"> </w:t>
      </w:r>
      <w:sdt>
        <w:sdtPr>
          <w:rPr>
            <w:color w:val="00B050"/>
          </w:rPr>
          <w:alias w:val="COURSE_NAME"/>
          <w:tag w:val="COURSE_NAME"/>
          <w:id w:val="951442137"/>
          <w:text/>
        </w:sdtPr>
        <w:sdtEndPr/>
        <w:sdtContent>
          <w:r w:rsidRPr="00A1021C">
            <w:rPr>
              <w:color w:val="00B050"/>
            </w:rPr>
            <w:t>{{COURSE_NAME}}</w:t>
          </w:r>
        </w:sdtContent>
      </w:sdt>
      <w:r>
        <w:t xml:space="preserve"> training on</w:t>
      </w:r>
      <w:r w:rsidRPr="00A1021C">
        <w:rPr>
          <w:color w:val="00B050"/>
        </w:rPr>
        <w:t xml:space="preserve"> </w:t>
      </w:r>
      <w:sdt>
        <w:sdtPr>
          <w:rPr>
            <w:color w:val="00B050"/>
          </w:rPr>
          <w:alias w:val="DATES_LOCATION_OR_FORMAT"/>
          <w:tag w:val="DATES_LOCATION_OR_FORMAT"/>
          <w:id w:val="777754995"/>
          <w:text/>
        </w:sdtPr>
        <w:sdtEndPr/>
        <w:sdtContent>
          <w:r w:rsidRPr="00A1021C">
            <w:rPr>
              <w:color w:val="00B050"/>
            </w:rPr>
            <w:t>{{DATES_LOCATION_OR_FORMAT}}</w:t>
          </w:r>
        </w:sdtContent>
      </w:sdt>
      <w:r>
        <w:t>.</w:t>
      </w:r>
    </w:p>
    <w:p w14:paraId="02BAB8FB" w14:textId="77777777" w:rsidR="00160F22" w:rsidRDefault="00B87149">
      <w:pPr>
        <w:pStyle w:val="TemplateBody"/>
      </w:pPr>
      <w:r>
        <w:t>I reviewed the course outline, and several topics directly relate to my current work, especially:</w:t>
      </w:r>
    </w:p>
    <w:p w14:paraId="505721EA" w14:textId="77777777" w:rsidR="00160F22" w:rsidRDefault="00B87149">
      <w:pPr>
        <w:pStyle w:val="TemplateBody"/>
        <w:spacing w:after="20"/>
        <w:ind w:left="317" w:hanging="187"/>
      </w:pPr>
      <w:r w:rsidRPr="00A1021C">
        <w:rPr>
          <w:color w:val="00B050"/>
        </w:rPr>
        <w:t xml:space="preserve">• </w:t>
      </w:r>
      <w:sdt>
        <w:sdtPr>
          <w:rPr>
            <w:color w:val="00B050"/>
          </w:rPr>
          <w:alias w:val="TOPIC_1"/>
          <w:tag w:val="TOPIC_1"/>
          <w:id w:val="787484536"/>
          <w:text/>
        </w:sdtPr>
        <w:sdtEndPr/>
        <w:sdtContent>
          <w:r w:rsidRPr="00A1021C">
            <w:rPr>
              <w:b/>
              <w:color w:val="00B050"/>
            </w:rPr>
            <w:t>{{TOPIC_1}}</w:t>
          </w:r>
        </w:sdtContent>
      </w:sdt>
      <w:r>
        <w:t xml:space="preserve"> - this would help me with </w:t>
      </w:r>
      <w:sdt>
        <w:sdtPr>
          <w:rPr>
            <w:color w:val="00B050"/>
          </w:rPr>
          <w:alias w:val="WORK_CONNECTION_1"/>
          <w:tag w:val="WORK_CONNECTION_1"/>
          <w:id w:val="-1270540233"/>
          <w:text/>
        </w:sdtPr>
        <w:sdtEndPr/>
        <w:sdtContent>
          <w:r w:rsidRPr="00A1021C">
            <w:rPr>
              <w:color w:val="00B050"/>
            </w:rPr>
            <w:t>{{WORK_CONNECTION_1}}</w:t>
          </w:r>
        </w:sdtContent>
      </w:sdt>
      <w:r w:rsidRPr="00A1021C">
        <w:rPr>
          <w:color w:val="00B050"/>
        </w:rPr>
        <w:t>.</w:t>
      </w:r>
    </w:p>
    <w:p w14:paraId="39BCF8B5" w14:textId="77777777" w:rsidR="00160F22" w:rsidRDefault="00B87149">
      <w:pPr>
        <w:pStyle w:val="TemplateBody"/>
        <w:spacing w:after="20"/>
        <w:ind w:left="317" w:hanging="187"/>
      </w:pPr>
      <w:r w:rsidRPr="00A1021C">
        <w:rPr>
          <w:color w:val="00B050"/>
        </w:rPr>
        <w:t xml:space="preserve">• </w:t>
      </w:r>
      <w:sdt>
        <w:sdtPr>
          <w:rPr>
            <w:color w:val="00B050"/>
          </w:rPr>
          <w:alias w:val="TOPIC_2"/>
          <w:tag w:val="TOPIC_2"/>
          <w:id w:val="1174381696"/>
          <w:text/>
        </w:sdtPr>
        <w:sdtEndPr/>
        <w:sdtContent>
          <w:r w:rsidRPr="00A1021C">
            <w:rPr>
              <w:b/>
              <w:color w:val="00B050"/>
            </w:rPr>
            <w:t>{{TOPIC_2}}</w:t>
          </w:r>
        </w:sdtContent>
      </w:sdt>
      <w:r w:rsidRPr="00A1021C">
        <w:rPr>
          <w:color w:val="00B050"/>
        </w:rPr>
        <w:t xml:space="preserve"> </w:t>
      </w:r>
      <w:r>
        <w:t>- this would help me with</w:t>
      </w:r>
      <w:r w:rsidRPr="00A1021C">
        <w:rPr>
          <w:color w:val="00B050"/>
        </w:rPr>
        <w:t xml:space="preserve"> </w:t>
      </w:r>
      <w:sdt>
        <w:sdtPr>
          <w:rPr>
            <w:color w:val="00B050"/>
          </w:rPr>
          <w:alias w:val="WORK_CONNECTION_2"/>
          <w:tag w:val="WORK_CONNECTION_2"/>
          <w:id w:val="827563596"/>
          <w:text/>
        </w:sdtPr>
        <w:sdtEndPr/>
        <w:sdtContent>
          <w:r w:rsidRPr="00A1021C">
            <w:rPr>
              <w:color w:val="00B050"/>
            </w:rPr>
            <w:t>{{WORK_CONNECTION_2}}</w:t>
          </w:r>
        </w:sdtContent>
      </w:sdt>
      <w:r w:rsidRPr="00A1021C">
        <w:rPr>
          <w:color w:val="00B050"/>
        </w:rPr>
        <w:t>.</w:t>
      </w:r>
    </w:p>
    <w:p w14:paraId="219E1B69" w14:textId="77777777" w:rsidR="00160F22" w:rsidRPr="00A1021C" w:rsidRDefault="00B87149">
      <w:pPr>
        <w:pStyle w:val="TemplateBody"/>
        <w:spacing w:after="20"/>
        <w:ind w:left="317" w:hanging="187"/>
        <w:rPr>
          <w:color w:val="00B050"/>
        </w:rPr>
      </w:pPr>
      <w:r w:rsidRPr="00A1021C">
        <w:rPr>
          <w:color w:val="00B050"/>
        </w:rPr>
        <w:t xml:space="preserve">• </w:t>
      </w:r>
      <w:sdt>
        <w:sdtPr>
          <w:rPr>
            <w:color w:val="00B050"/>
          </w:rPr>
          <w:alias w:val="TOPIC_3"/>
          <w:tag w:val="TOPIC_3"/>
          <w:id w:val="549352800"/>
          <w:text/>
        </w:sdtPr>
        <w:sdtEndPr/>
        <w:sdtContent>
          <w:r w:rsidRPr="00A1021C">
            <w:rPr>
              <w:b/>
              <w:color w:val="00B050"/>
            </w:rPr>
            <w:t>{{TOPIC_3}}</w:t>
          </w:r>
        </w:sdtContent>
      </w:sdt>
      <w:r>
        <w:t xml:space="preserve"> - this would help me with </w:t>
      </w:r>
      <w:sdt>
        <w:sdtPr>
          <w:rPr>
            <w:color w:val="00B050"/>
          </w:rPr>
          <w:alias w:val="WORK_CONNECTION_3"/>
          <w:tag w:val="WORK_CONNECTION_3"/>
          <w:id w:val="911044980"/>
          <w:text/>
        </w:sdtPr>
        <w:sdtEndPr/>
        <w:sdtContent>
          <w:r w:rsidRPr="00A1021C">
            <w:rPr>
              <w:color w:val="00B050"/>
            </w:rPr>
            <w:t>{{WORK_CONNECTION_3}}</w:t>
          </w:r>
        </w:sdtContent>
      </w:sdt>
      <w:r w:rsidRPr="00A1021C">
        <w:rPr>
          <w:color w:val="00B050"/>
        </w:rPr>
        <w:t>.</w:t>
      </w:r>
    </w:p>
    <w:p w14:paraId="498E54F3" w14:textId="77777777" w:rsidR="00160F22" w:rsidRDefault="00B87149">
      <w:pPr>
        <w:pStyle w:val="TemplateBody"/>
      </w:pPr>
      <w:r>
        <w:t xml:space="preserve">I believe this course would be especially useful because </w:t>
      </w:r>
      <w:sdt>
        <w:sdtPr>
          <w:rPr>
            <w:color w:val="00B050"/>
          </w:rPr>
          <w:alias w:val="BUSINESS_REASON"/>
          <w:tag w:val="BUSINESS_REASON"/>
          <w:id w:val="-935902711"/>
          <w:text/>
        </w:sdtPr>
        <w:sdtEndPr/>
        <w:sdtContent>
          <w:r w:rsidRPr="00A1021C">
            <w:rPr>
              <w:color w:val="00B050"/>
            </w:rPr>
            <w:t>{{BUSINESS_REASON}}</w:t>
          </w:r>
        </w:sdtContent>
      </w:sdt>
      <w:r>
        <w:t>. The opportunity to learn from an experienced Becht instructor would also give me a chance to ask questions tied to the specific challenges our team is facing.</w:t>
      </w:r>
    </w:p>
    <w:p w14:paraId="745DC4E4" w14:textId="77777777" w:rsidR="00160F22" w:rsidRDefault="00B87149">
      <w:pPr>
        <w:pStyle w:val="TemplateBody"/>
      </w:pPr>
      <w:r>
        <w:t>After the course, I can share key takeaways, notes, or recommended practices with the team so the value extends beyond my individual development.</w:t>
      </w:r>
    </w:p>
    <w:p w14:paraId="4C575E22" w14:textId="77777777" w:rsidR="00160F22" w:rsidRDefault="00B87149">
      <w:pPr>
        <w:pStyle w:val="TemplateHeading"/>
        <w:spacing w:before="80"/>
      </w:pPr>
      <w:r>
        <w:t>Estimated cost</w:t>
      </w:r>
    </w:p>
    <w:tbl>
      <w:tblPr>
        <w:tblW w:w="0" w:type="auto"/>
        <w:tblLayout w:type="fixed"/>
        <w:tblLook w:val="04A0" w:firstRow="1" w:lastRow="0" w:firstColumn="1" w:lastColumn="0" w:noHBand="0" w:noVBand="1"/>
      </w:tblPr>
      <w:tblGrid>
        <w:gridCol w:w="2418"/>
        <w:gridCol w:w="2605"/>
        <w:gridCol w:w="2605"/>
        <w:gridCol w:w="2605"/>
      </w:tblGrid>
      <w:tr w:rsidR="00160F22" w14:paraId="754E83E6" w14:textId="77777777" w:rsidTr="00A1021C">
        <w:trPr>
          <w:trHeight w:val="393"/>
        </w:trPr>
        <w:tc>
          <w:tcPr>
            <w:tcW w:w="2418" w:type="dxa"/>
            <w:shd w:val="clear" w:color="auto" w:fill="F2F2F2"/>
            <w:tcMar>
              <w:top w:w="45" w:type="dxa"/>
              <w:left w:w="60" w:type="dxa"/>
              <w:bottom w:w="45" w:type="dxa"/>
              <w:right w:w="60" w:type="dxa"/>
            </w:tcMar>
          </w:tcPr>
          <w:p w14:paraId="4EC30934" w14:textId="77777777" w:rsidR="00160F22" w:rsidRDefault="00B87149">
            <w:r>
              <w:rPr>
                <w:color w:val="132044"/>
                <w:sz w:val="17"/>
              </w:rPr>
              <w:t>Registration</w:t>
            </w:r>
          </w:p>
        </w:tc>
        <w:tc>
          <w:tcPr>
            <w:tcW w:w="2605" w:type="dxa"/>
            <w:shd w:val="clear" w:color="auto" w:fill="FFFFFF"/>
            <w:tcMar>
              <w:top w:w="45" w:type="dxa"/>
              <w:left w:w="60" w:type="dxa"/>
              <w:bottom w:w="45" w:type="dxa"/>
              <w:right w:w="60" w:type="dxa"/>
            </w:tcMar>
          </w:tcPr>
          <w:p w14:paraId="2B44FB57" w14:textId="77777777" w:rsidR="00160F22" w:rsidRPr="00A1021C" w:rsidRDefault="00B87149">
            <w:pPr>
              <w:rPr>
                <w:color w:val="00B050"/>
              </w:rPr>
            </w:pPr>
            <w:sdt>
              <w:sdtPr>
                <w:rPr>
                  <w:color w:val="00B050"/>
                </w:rPr>
                <w:alias w:val="REGISTRATION_COST"/>
                <w:tag w:val="REGISTRATION_COST"/>
                <w:id w:val="-1390417915"/>
                <w:text/>
              </w:sdtPr>
              <w:sdtEndPr/>
              <w:sdtContent>
                <w:r w:rsidRPr="00A1021C">
                  <w:rPr>
                    <w:color w:val="00B050"/>
                    <w:sz w:val="17"/>
                  </w:rPr>
                  <w:t>{{REGISTRATION_COST}}</w:t>
                </w:r>
              </w:sdtContent>
            </w:sdt>
          </w:p>
        </w:tc>
        <w:tc>
          <w:tcPr>
            <w:tcW w:w="2605" w:type="dxa"/>
            <w:shd w:val="clear" w:color="auto" w:fill="F2F2F2"/>
            <w:tcMar>
              <w:top w:w="45" w:type="dxa"/>
              <w:left w:w="60" w:type="dxa"/>
              <w:bottom w:w="45" w:type="dxa"/>
              <w:right w:w="60" w:type="dxa"/>
            </w:tcMar>
          </w:tcPr>
          <w:p w14:paraId="106AFE38" w14:textId="77777777" w:rsidR="00160F22" w:rsidRDefault="00B87149">
            <w:r>
              <w:rPr>
                <w:color w:val="132044"/>
                <w:sz w:val="17"/>
              </w:rPr>
              <w:t>Flight</w:t>
            </w:r>
          </w:p>
        </w:tc>
        <w:tc>
          <w:tcPr>
            <w:tcW w:w="2605" w:type="dxa"/>
            <w:shd w:val="clear" w:color="auto" w:fill="FFFFFF"/>
            <w:tcMar>
              <w:top w:w="45" w:type="dxa"/>
              <w:left w:w="60" w:type="dxa"/>
              <w:bottom w:w="45" w:type="dxa"/>
              <w:right w:w="60" w:type="dxa"/>
            </w:tcMar>
          </w:tcPr>
          <w:p w14:paraId="73A75400" w14:textId="77777777" w:rsidR="00160F22" w:rsidRPr="00A1021C" w:rsidRDefault="00B87149">
            <w:pPr>
              <w:rPr>
                <w:color w:val="00B050"/>
              </w:rPr>
            </w:pPr>
            <w:sdt>
              <w:sdtPr>
                <w:rPr>
                  <w:color w:val="00B050"/>
                </w:rPr>
                <w:alias w:val="FLIGHT_COST"/>
                <w:tag w:val="FLIGHT_COST"/>
                <w:id w:val="1902719721"/>
                <w:text/>
              </w:sdtPr>
              <w:sdtEndPr/>
              <w:sdtContent>
                <w:r w:rsidRPr="00A1021C">
                  <w:rPr>
                    <w:color w:val="00B050"/>
                    <w:sz w:val="17"/>
                  </w:rPr>
                  <w:t>{{FLIGHT_COST}}</w:t>
                </w:r>
              </w:sdtContent>
            </w:sdt>
          </w:p>
        </w:tc>
      </w:tr>
      <w:tr w:rsidR="00160F22" w14:paraId="17CEA518" w14:textId="77777777" w:rsidTr="00A1021C">
        <w:trPr>
          <w:trHeight w:val="393"/>
        </w:trPr>
        <w:tc>
          <w:tcPr>
            <w:tcW w:w="2418" w:type="dxa"/>
            <w:shd w:val="clear" w:color="auto" w:fill="F2F2F2"/>
            <w:tcMar>
              <w:top w:w="45" w:type="dxa"/>
              <w:left w:w="60" w:type="dxa"/>
              <w:bottom w:w="45" w:type="dxa"/>
              <w:right w:w="60" w:type="dxa"/>
            </w:tcMar>
          </w:tcPr>
          <w:p w14:paraId="60271127" w14:textId="77777777" w:rsidR="00160F22" w:rsidRDefault="00B87149">
            <w:r>
              <w:rPr>
                <w:color w:val="132044"/>
                <w:sz w:val="17"/>
              </w:rPr>
              <w:t>Hotel</w:t>
            </w:r>
          </w:p>
        </w:tc>
        <w:tc>
          <w:tcPr>
            <w:tcW w:w="2605" w:type="dxa"/>
            <w:shd w:val="clear" w:color="auto" w:fill="FFFFFF"/>
            <w:tcMar>
              <w:top w:w="45" w:type="dxa"/>
              <w:left w:w="60" w:type="dxa"/>
              <w:bottom w:w="45" w:type="dxa"/>
              <w:right w:w="60" w:type="dxa"/>
            </w:tcMar>
          </w:tcPr>
          <w:p w14:paraId="55C9F615" w14:textId="77777777" w:rsidR="00160F22" w:rsidRPr="00A1021C" w:rsidRDefault="00B87149">
            <w:pPr>
              <w:rPr>
                <w:color w:val="00B050"/>
              </w:rPr>
            </w:pPr>
            <w:sdt>
              <w:sdtPr>
                <w:rPr>
                  <w:color w:val="00B050"/>
                </w:rPr>
                <w:alias w:val="HOTEL_COST"/>
                <w:tag w:val="HOTEL_COST"/>
                <w:id w:val="1950436166"/>
                <w:text/>
              </w:sdtPr>
              <w:sdtEndPr/>
              <w:sdtContent>
                <w:r w:rsidRPr="00A1021C">
                  <w:rPr>
                    <w:color w:val="00B050"/>
                    <w:sz w:val="17"/>
                  </w:rPr>
                  <w:t>{{HOTEL_COST}}</w:t>
                </w:r>
              </w:sdtContent>
            </w:sdt>
          </w:p>
        </w:tc>
        <w:tc>
          <w:tcPr>
            <w:tcW w:w="2605" w:type="dxa"/>
            <w:shd w:val="clear" w:color="auto" w:fill="F2F2F2"/>
            <w:tcMar>
              <w:top w:w="45" w:type="dxa"/>
              <w:left w:w="60" w:type="dxa"/>
              <w:bottom w:w="45" w:type="dxa"/>
              <w:right w:w="60" w:type="dxa"/>
            </w:tcMar>
          </w:tcPr>
          <w:p w14:paraId="3FF27991" w14:textId="77777777" w:rsidR="00160F22" w:rsidRDefault="00B87149">
            <w:r>
              <w:rPr>
                <w:color w:val="132044"/>
                <w:sz w:val="17"/>
              </w:rPr>
              <w:t>Dinners</w:t>
            </w:r>
          </w:p>
        </w:tc>
        <w:tc>
          <w:tcPr>
            <w:tcW w:w="2605" w:type="dxa"/>
            <w:shd w:val="clear" w:color="auto" w:fill="FFFFFF"/>
            <w:tcMar>
              <w:top w:w="45" w:type="dxa"/>
              <w:left w:w="60" w:type="dxa"/>
              <w:bottom w:w="45" w:type="dxa"/>
              <w:right w:w="60" w:type="dxa"/>
            </w:tcMar>
          </w:tcPr>
          <w:p w14:paraId="542E85C4" w14:textId="77777777" w:rsidR="00160F22" w:rsidRPr="00A1021C" w:rsidRDefault="00B87149">
            <w:pPr>
              <w:rPr>
                <w:color w:val="00B050"/>
              </w:rPr>
            </w:pPr>
            <w:sdt>
              <w:sdtPr>
                <w:rPr>
                  <w:color w:val="00B050"/>
                </w:rPr>
                <w:alias w:val="DINNERS_COST"/>
                <w:tag w:val="DINNERS_COST"/>
                <w:id w:val="243697975"/>
                <w:text/>
              </w:sdtPr>
              <w:sdtEndPr/>
              <w:sdtContent>
                <w:r w:rsidRPr="00A1021C">
                  <w:rPr>
                    <w:color w:val="00B050"/>
                    <w:sz w:val="17"/>
                  </w:rPr>
                  <w:t>{{DINNERS_COST}}</w:t>
                </w:r>
              </w:sdtContent>
            </w:sdt>
          </w:p>
        </w:tc>
      </w:tr>
      <w:tr w:rsidR="00160F22" w14:paraId="282D0232" w14:textId="77777777" w:rsidTr="00A1021C">
        <w:trPr>
          <w:trHeight w:val="624"/>
        </w:trPr>
        <w:tc>
          <w:tcPr>
            <w:tcW w:w="2418" w:type="dxa"/>
            <w:shd w:val="clear" w:color="auto" w:fill="F2F2F2"/>
            <w:tcMar>
              <w:top w:w="45" w:type="dxa"/>
              <w:left w:w="60" w:type="dxa"/>
              <w:bottom w:w="45" w:type="dxa"/>
              <w:right w:w="60" w:type="dxa"/>
            </w:tcMar>
          </w:tcPr>
          <w:p w14:paraId="13F7AE2B" w14:textId="77777777" w:rsidR="00160F22" w:rsidRDefault="00B87149">
            <w:pPr>
              <w:rPr>
                <w:color w:val="132044"/>
                <w:sz w:val="17"/>
              </w:rPr>
            </w:pPr>
            <w:r>
              <w:rPr>
                <w:color w:val="132044"/>
                <w:sz w:val="17"/>
              </w:rPr>
              <w:t>Transportation</w:t>
            </w:r>
          </w:p>
          <w:p w14:paraId="6DA04AFB" w14:textId="1DD616C3" w:rsidR="00A1021C" w:rsidRDefault="00A1021C">
            <w:r w:rsidRPr="00A1021C">
              <w:rPr>
                <w:i/>
                <w:iCs/>
                <w:color w:val="00B050"/>
                <w:sz w:val="14"/>
                <w:szCs w:val="18"/>
              </w:rPr>
              <w:t>If the training is hosted at Sheraton N Houston, a free shuttle is available from the airport.</w:t>
            </w:r>
          </w:p>
        </w:tc>
        <w:tc>
          <w:tcPr>
            <w:tcW w:w="2605" w:type="dxa"/>
            <w:shd w:val="clear" w:color="auto" w:fill="FFFFFF"/>
            <w:tcMar>
              <w:top w:w="45" w:type="dxa"/>
              <w:left w:w="60" w:type="dxa"/>
              <w:bottom w:w="45" w:type="dxa"/>
              <w:right w:w="60" w:type="dxa"/>
            </w:tcMar>
          </w:tcPr>
          <w:p w14:paraId="3969610A" w14:textId="77777777" w:rsidR="00160F22" w:rsidRPr="00A1021C" w:rsidRDefault="00B87149">
            <w:pPr>
              <w:rPr>
                <w:color w:val="00B050"/>
              </w:rPr>
            </w:pPr>
            <w:sdt>
              <w:sdtPr>
                <w:rPr>
                  <w:color w:val="00B050"/>
                </w:rPr>
                <w:alias w:val="TRANSPORTATION_COST"/>
                <w:tag w:val="TRANSPORTATION_COST"/>
                <w:id w:val="1391470739"/>
                <w:text/>
              </w:sdtPr>
              <w:sdtEndPr/>
              <w:sdtContent>
                <w:r w:rsidRPr="00A1021C">
                  <w:rPr>
                    <w:color w:val="00B050"/>
                    <w:sz w:val="17"/>
                  </w:rPr>
                  <w:t>{{TRANSPORTATION_COST}}</w:t>
                </w:r>
              </w:sdtContent>
            </w:sdt>
          </w:p>
        </w:tc>
        <w:tc>
          <w:tcPr>
            <w:tcW w:w="2605" w:type="dxa"/>
            <w:shd w:val="clear" w:color="auto" w:fill="F2F2F2"/>
            <w:tcMar>
              <w:top w:w="45" w:type="dxa"/>
              <w:left w:w="60" w:type="dxa"/>
              <w:bottom w:w="45" w:type="dxa"/>
              <w:right w:w="60" w:type="dxa"/>
            </w:tcMar>
          </w:tcPr>
          <w:p w14:paraId="1ABC9F2B" w14:textId="77777777" w:rsidR="00160F22" w:rsidRDefault="00B87149">
            <w:r>
              <w:rPr>
                <w:color w:val="132044"/>
                <w:sz w:val="17"/>
              </w:rPr>
              <w:t>Mileage</w:t>
            </w:r>
          </w:p>
        </w:tc>
        <w:tc>
          <w:tcPr>
            <w:tcW w:w="2605" w:type="dxa"/>
            <w:shd w:val="clear" w:color="auto" w:fill="FFFFFF"/>
            <w:tcMar>
              <w:top w:w="45" w:type="dxa"/>
              <w:left w:w="60" w:type="dxa"/>
              <w:bottom w:w="45" w:type="dxa"/>
              <w:right w:w="60" w:type="dxa"/>
            </w:tcMar>
          </w:tcPr>
          <w:p w14:paraId="5132E2A0" w14:textId="77777777" w:rsidR="00160F22" w:rsidRPr="00A1021C" w:rsidRDefault="00B87149">
            <w:pPr>
              <w:rPr>
                <w:color w:val="00B050"/>
              </w:rPr>
            </w:pPr>
            <w:sdt>
              <w:sdtPr>
                <w:rPr>
                  <w:color w:val="00B050"/>
                </w:rPr>
                <w:alias w:val="MILEAGE_COST"/>
                <w:tag w:val="MILEAGE_COST"/>
                <w:id w:val="-405229223"/>
                <w:text/>
              </w:sdtPr>
              <w:sdtEndPr/>
              <w:sdtContent>
                <w:r w:rsidRPr="00A1021C">
                  <w:rPr>
                    <w:color w:val="00B050"/>
                    <w:sz w:val="17"/>
                  </w:rPr>
                  <w:t>{{MILEAGE_COST}}</w:t>
                </w:r>
              </w:sdtContent>
            </w:sdt>
          </w:p>
        </w:tc>
      </w:tr>
      <w:tr w:rsidR="00160F22" w14:paraId="5E723769" w14:textId="77777777" w:rsidTr="00A1021C">
        <w:trPr>
          <w:trHeight w:val="407"/>
        </w:trPr>
        <w:tc>
          <w:tcPr>
            <w:tcW w:w="2418" w:type="dxa"/>
            <w:shd w:val="clear" w:color="auto" w:fill="DDEBF7"/>
            <w:tcMar>
              <w:top w:w="45" w:type="dxa"/>
              <w:left w:w="60" w:type="dxa"/>
              <w:bottom w:w="45" w:type="dxa"/>
              <w:right w:w="60" w:type="dxa"/>
            </w:tcMar>
          </w:tcPr>
          <w:p w14:paraId="61BA0B7C" w14:textId="77777777" w:rsidR="00160F22" w:rsidRDefault="00B87149">
            <w:r>
              <w:rPr>
                <w:b/>
                <w:color w:val="132044"/>
                <w:sz w:val="17"/>
              </w:rPr>
              <w:t>Total estimated cost</w:t>
            </w:r>
          </w:p>
        </w:tc>
        <w:tc>
          <w:tcPr>
            <w:tcW w:w="2605" w:type="dxa"/>
            <w:shd w:val="clear" w:color="auto" w:fill="DDEBF7"/>
            <w:tcMar>
              <w:top w:w="45" w:type="dxa"/>
              <w:left w:w="60" w:type="dxa"/>
              <w:bottom w:w="45" w:type="dxa"/>
              <w:right w:w="60" w:type="dxa"/>
            </w:tcMar>
          </w:tcPr>
          <w:p w14:paraId="39576D4A" w14:textId="77777777" w:rsidR="00160F22" w:rsidRPr="00A1021C" w:rsidRDefault="00B87149">
            <w:pPr>
              <w:rPr>
                <w:color w:val="00B050"/>
              </w:rPr>
            </w:pPr>
            <w:sdt>
              <w:sdtPr>
                <w:rPr>
                  <w:color w:val="00B050"/>
                </w:rPr>
                <w:alias w:val="TOTAL_COST"/>
                <w:tag w:val="TOTAL_COST"/>
                <w:id w:val="325631192"/>
                <w:text/>
              </w:sdtPr>
              <w:sdtEndPr/>
              <w:sdtContent>
                <w:r w:rsidRPr="00A1021C">
                  <w:rPr>
                    <w:b/>
                    <w:color w:val="00B050"/>
                    <w:sz w:val="17"/>
                  </w:rPr>
                  <w:t>{{TOTAL_COST}}</w:t>
                </w:r>
              </w:sdtContent>
            </w:sdt>
          </w:p>
        </w:tc>
        <w:tc>
          <w:tcPr>
            <w:tcW w:w="2605" w:type="dxa"/>
            <w:shd w:val="clear" w:color="auto" w:fill="DDEBF7"/>
            <w:tcMar>
              <w:top w:w="45" w:type="dxa"/>
              <w:left w:w="60" w:type="dxa"/>
              <w:bottom w:w="45" w:type="dxa"/>
              <w:right w:w="60" w:type="dxa"/>
            </w:tcMar>
          </w:tcPr>
          <w:p w14:paraId="6A08702B" w14:textId="77777777" w:rsidR="00160F22" w:rsidRDefault="00160F22"/>
        </w:tc>
        <w:tc>
          <w:tcPr>
            <w:tcW w:w="2605" w:type="dxa"/>
            <w:shd w:val="clear" w:color="auto" w:fill="DDEBF7"/>
            <w:tcMar>
              <w:top w:w="45" w:type="dxa"/>
              <w:left w:w="60" w:type="dxa"/>
              <w:bottom w:w="45" w:type="dxa"/>
              <w:right w:w="60" w:type="dxa"/>
            </w:tcMar>
          </w:tcPr>
          <w:p w14:paraId="60C41BFA" w14:textId="77777777" w:rsidR="00160F22" w:rsidRDefault="00160F22"/>
        </w:tc>
      </w:tr>
    </w:tbl>
    <w:p w14:paraId="18DF4C03" w14:textId="77777777" w:rsidR="00A1021C" w:rsidRDefault="00B87149">
      <w:pPr>
        <w:pStyle w:val="TemplateSmall"/>
        <w:spacing w:before="40"/>
      </w:pPr>
      <w:r>
        <w:rPr>
          <w:b/>
        </w:rPr>
        <w:t xml:space="preserve">Note: </w:t>
      </w:r>
      <w:r>
        <w:t xml:space="preserve">Becht </w:t>
      </w:r>
      <w:proofErr w:type="gramStart"/>
      <w:r>
        <w:t>trainings provide</w:t>
      </w:r>
      <w:proofErr w:type="gramEnd"/>
      <w:r>
        <w:t xml:space="preserve"> breakfast and lunch.</w:t>
      </w:r>
      <w:r w:rsidR="008B02EB">
        <w:t xml:space="preserve"> </w:t>
      </w:r>
    </w:p>
    <w:p w14:paraId="38174CE8" w14:textId="77777777" w:rsidR="00160F22" w:rsidRDefault="00B87149">
      <w:pPr>
        <w:pStyle w:val="TemplateBody"/>
      </w:pPr>
      <w:r>
        <w:t xml:space="preserve">Thank you for considering this request. I believe this training would be a practical investment in my development and would help me contribute more effectively to </w:t>
      </w:r>
      <w:sdt>
        <w:sdtPr>
          <w:rPr>
            <w:color w:val="00B050"/>
          </w:rPr>
          <w:alias w:val="TEAM_PROJECT_OR_DEPARTMENT_GOAL"/>
          <w:tag w:val="TEAM_PROJECT_OR_DEPARTMENT_GOAL"/>
          <w:id w:val="297117780"/>
          <w:text/>
        </w:sdtPr>
        <w:sdtEndPr/>
        <w:sdtContent>
          <w:r w:rsidRPr="00A1021C">
            <w:rPr>
              <w:color w:val="00B050"/>
            </w:rPr>
            <w:t>{{TEAM_PROJECT_OR_DEPARTMENT_GOAL}}</w:t>
          </w:r>
        </w:sdtContent>
      </w:sdt>
      <w:r w:rsidRPr="00A1021C">
        <w:rPr>
          <w:color w:val="00B050"/>
        </w:rPr>
        <w:t>.</w:t>
      </w:r>
    </w:p>
    <w:p w14:paraId="70EE322D" w14:textId="77777777" w:rsidR="00160F22" w:rsidRDefault="00B87149">
      <w:pPr>
        <w:pStyle w:val="TemplateBody"/>
      </w:pPr>
      <w:r>
        <w:t>Best,</w:t>
      </w:r>
    </w:p>
    <w:p w14:paraId="7D07D6A4" w14:textId="77777777" w:rsidR="00160F22" w:rsidRPr="00A1021C" w:rsidRDefault="00B87149">
      <w:pPr>
        <w:pStyle w:val="TemplateBody"/>
        <w:rPr>
          <w:color w:val="00B050"/>
        </w:rPr>
      </w:pPr>
      <w:sdt>
        <w:sdtPr>
          <w:rPr>
            <w:color w:val="00B050"/>
          </w:rPr>
          <w:alias w:val="YOUR_NAME"/>
          <w:tag w:val="YOUR_NAME"/>
          <w:id w:val="-248588669"/>
          <w:text/>
        </w:sdtPr>
        <w:sdtEndPr/>
        <w:sdtContent>
          <w:r w:rsidRPr="00A1021C">
            <w:rPr>
              <w:color w:val="00B050"/>
            </w:rPr>
            <w:t>{{YOUR_NAME}}</w:t>
          </w:r>
        </w:sdtContent>
      </w:sdt>
    </w:p>
    <w:p w14:paraId="30C239CE" w14:textId="77777777" w:rsidR="00160F22" w:rsidRDefault="00B87149">
      <w:r>
        <w:br w:type="page"/>
      </w:r>
    </w:p>
    <w:p w14:paraId="263060CA" w14:textId="77777777" w:rsidR="00160F22" w:rsidRDefault="00B87149">
      <w:pPr>
        <w:pStyle w:val="TemplateTitle"/>
      </w:pPr>
      <w:r>
        <w:lastRenderedPageBreak/>
        <w:t>Customization Guide</w:t>
      </w:r>
    </w:p>
    <w:p w14:paraId="28FDEDC4" w14:textId="77777777" w:rsidR="00160F22" w:rsidRDefault="00B87149">
      <w:pPr>
        <w:pStyle w:val="TemplateBody"/>
      </w:pPr>
      <w:r>
        <w:t>Use this quick guide to make the request feel specific instead of generic.</w:t>
      </w:r>
    </w:p>
    <w:tbl>
      <w:tblPr>
        <w:tblW w:w="0" w:type="auto"/>
        <w:jc w:val="center"/>
        <w:tblLayout w:type="fixed"/>
        <w:tblLook w:val="04A0" w:firstRow="1" w:lastRow="0" w:firstColumn="1" w:lastColumn="0" w:noHBand="0" w:noVBand="1"/>
      </w:tblPr>
      <w:tblGrid>
        <w:gridCol w:w="3504"/>
        <w:gridCol w:w="3504"/>
        <w:gridCol w:w="3504"/>
      </w:tblGrid>
      <w:tr w:rsidR="00160F22" w14:paraId="1C9D9642" w14:textId="77777777">
        <w:trPr>
          <w:jc w:val="center"/>
        </w:trPr>
        <w:tc>
          <w:tcPr>
            <w:tcW w:w="3504" w:type="dxa"/>
            <w:shd w:val="clear" w:color="auto" w:fill="132044"/>
            <w:tcMar>
              <w:top w:w="80" w:type="dxa"/>
              <w:left w:w="80" w:type="dxa"/>
              <w:bottom w:w="80" w:type="dxa"/>
              <w:right w:w="80" w:type="dxa"/>
            </w:tcMar>
          </w:tcPr>
          <w:p w14:paraId="30973D83" w14:textId="77777777" w:rsidR="00160F22" w:rsidRDefault="00B87149">
            <w:r>
              <w:rPr>
                <w:b/>
                <w:color w:val="FFFFFF"/>
                <w:sz w:val="17"/>
              </w:rPr>
              <w:t>Template field</w:t>
            </w:r>
          </w:p>
        </w:tc>
        <w:tc>
          <w:tcPr>
            <w:tcW w:w="3504" w:type="dxa"/>
            <w:shd w:val="clear" w:color="auto" w:fill="132044"/>
            <w:tcMar>
              <w:top w:w="80" w:type="dxa"/>
              <w:left w:w="80" w:type="dxa"/>
              <w:bottom w:w="80" w:type="dxa"/>
              <w:right w:w="80" w:type="dxa"/>
            </w:tcMar>
          </w:tcPr>
          <w:p w14:paraId="351FA51B" w14:textId="77777777" w:rsidR="00160F22" w:rsidRDefault="00B87149">
            <w:r>
              <w:rPr>
                <w:b/>
                <w:color w:val="FFFFFF"/>
                <w:sz w:val="17"/>
              </w:rPr>
              <w:t>What to pull from the course outline</w:t>
            </w:r>
          </w:p>
        </w:tc>
        <w:tc>
          <w:tcPr>
            <w:tcW w:w="3504" w:type="dxa"/>
            <w:shd w:val="clear" w:color="auto" w:fill="132044"/>
            <w:tcMar>
              <w:top w:w="80" w:type="dxa"/>
              <w:left w:w="80" w:type="dxa"/>
              <w:bottom w:w="80" w:type="dxa"/>
              <w:right w:w="80" w:type="dxa"/>
            </w:tcMar>
          </w:tcPr>
          <w:p w14:paraId="1A0DC079" w14:textId="77777777" w:rsidR="00160F22" w:rsidRDefault="00B87149">
            <w:r>
              <w:rPr>
                <w:b/>
                <w:color w:val="FFFFFF"/>
                <w:sz w:val="17"/>
              </w:rPr>
              <w:t>Example phrasing</w:t>
            </w:r>
          </w:p>
        </w:tc>
      </w:tr>
      <w:tr w:rsidR="00160F22" w14:paraId="7A643860" w14:textId="77777777">
        <w:trPr>
          <w:jc w:val="center"/>
        </w:trPr>
        <w:tc>
          <w:tcPr>
            <w:tcW w:w="3504" w:type="dxa"/>
            <w:tcMar>
              <w:top w:w="75" w:type="dxa"/>
              <w:left w:w="80" w:type="dxa"/>
              <w:bottom w:w="75" w:type="dxa"/>
              <w:right w:w="80" w:type="dxa"/>
            </w:tcMar>
          </w:tcPr>
          <w:p w14:paraId="649A3392" w14:textId="77777777" w:rsidR="00160F22" w:rsidRDefault="00B87149">
            <w:r>
              <w:rPr>
                <w:b/>
                <w:sz w:val="16"/>
              </w:rPr>
              <w:t>Topic 1-3</w:t>
            </w:r>
          </w:p>
        </w:tc>
        <w:tc>
          <w:tcPr>
            <w:tcW w:w="3504" w:type="dxa"/>
            <w:tcMar>
              <w:top w:w="75" w:type="dxa"/>
              <w:left w:w="80" w:type="dxa"/>
              <w:bottom w:w="75" w:type="dxa"/>
              <w:right w:w="80" w:type="dxa"/>
            </w:tcMar>
          </w:tcPr>
          <w:p w14:paraId="0AB960D4" w14:textId="77777777" w:rsidR="00160F22" w:rsidRDefault="00B87149">
            <w:r>
              <w:rPr>
                <w:sz w:val="16"/>
              </w:rPr>
              <w:t>Specific module names, exercises, or technical topics</w:t>
            </w:r>
          </w:p>
        </w:tc>
        <w:tc>
          <w:tcPr>
            <w:tcW w:w="3504" w:type="dxa"/>
            <w:tcMar>
              <w:top w:w="75" w:type="dxa"/>
              <w:left w:w="80" w:type="dxa"/>
              <w:bottom w:w="75" w:type="dxa"/>
              <w:right w:w="80" w:type="dxa"/>
            </w:tcMar>
          </w:tcPr>
          <w:p w14:paraId="04C45101" w14:textId="77777777" w:rsidR="00160F22" w:rsidRDefault="00B87149">
            <w:r>
              <w:rPr>
                <w:sz w:val="16"/>
              </w:rPr>
              <w:t>Heat exchanger troubleshooting - this would help me support recurring fouling reviews.</w:t>
            </w:r>
          </w:p>
        </w:tc>
      </w:tr>
      <w:tr w:rsidR="00160F22" w14:paraId="421990C5" w14:textId="77777777">
        <w:trPr>
          <w:jc w:val="center"/>
        </w:trPr>
        <w:tc>
          <w:tcPr>
            <w:tcW w:w="3504" w:type="dxa"/>
            <w:tcMar>
              <w:top w:w="75" w:type="dxa"/>
              <w:left w:w="80" w:type="dxa"/>
              <w:bottom w:w="75" w:type="dxa"/>
              <w:right w:w="80" w:type="dxa"/>
            </w:tcMar>
          </w:tcPr>
          <w:p w14:paraId="71D3B0BC" w14:textId="77777777" w:rsidR="00160F22" w:rsidRDefault="00B87149">
            <w:r>
              <w:rPr>
                <w:b/>
                <w:sz w:val="16"/>
              </w:rPr>
              <w:t>Work connection</w:t>
            </w:r>
          </w:p>
        </w:tc>
        <w:tc>
          <w:tcPr>
            <w:tcW w:w="3504" w:type="dxa"/>
            <w:tcMar>
              <w:top w:w="75" w:type="dxa"/>
              <w:left w:w="80" w:type="dxa"/>
              <w:bottom w:w="75" w:type="dxa"/>
              <w:right w:w="80" w:type="dxa"/>
            </w:tcMar>
          </w:tcPr>
          <w:p w14:paraId="613011DC" w14:textId="77777777" w:rsidR="00160F22" w:rsidRDefault="00B87149">
            <w:r>
              <w:rPr>
                <w:sz w:val="16"/>
              </w:rPr>
              <w:t>Current projects, equipment, processes, client work, or team responsibilities</w:t>
            </w:r>
          </w:p>
        </w:tc>
        <w:tc>
          <w:tcPr>
            <w:tcW w:w="3504" w:type="dxa"/>
            <w:tcMar>
              <w:top w:w="75" w:type="dxa"/>
              <w:left w:w="80" w:type="dxa"/>
              <w:bottom w:w="75" w:type="dxa"/>
              <w:right w:w="80" w:type="dxa"/>
            </w:tcMar>
          </w:tcPr>
          <w:p w14:paraId="0C29FE9D" w14:textId="77777777" w:rsidR="00160F22" w:rsidRDefault="00B87149">
            <w:r>
              <w:rPr>
                <w:sz w:val="16"/>
              </w:rPr>
              <w:t>This connects to our upcoming turnaround planning and inspection recommendations.</w:t>
            </w:r>
          </w:p>
        </w:tc>
      </w:tr>
      <w:tr w:rsidR="00160F22" w14:paraId="12117DCC" w14:textId="77777777">
        <w:trPr>
          <w:jc w:val="center"/>
        </w:trPr>
        <w:tc>
          <w:tcPr>
            <w:tcW w:w="3504" w:type="dxa"/>
            <w:tcMar>
              <w:top w:w="75" w:type="dxa"/>
              <w:left w:w="80" w:type="dxa"/>
              <w:bottom w:w="75" w:type="dxa"/>
              <w:right w:w="80" w:type="dxa"/>
            </w:tcMar>
          </w:tcPr>
          <w:p w14:paraId="69D3B732" w14:textId="77777777" w:rsidR="00160F22" w:rsidRDefault="00B87149">
            <w:r>
              <w:rPr>
                <w:b/>
                <w:sz w:val="16"/>
              </w:rPr>
              <w:t>Business reason</w:t>
            </w:r>
          </w:p>
        </w:tc>
        <w:tc>
          <w:tcPr>
            <w:tcW w:w="3504" w:type="dxa"/>
            <w:tcMar>
              <w:top w:w="75" w:type="dxa"/>
              <w:left w:w="80" w:type="dxa"/>
              <w:bottom w:w="75" w:type="dxa"/>
              <w:right w:w="80" w:type="dxa"/>
            </w:tcMar>
          </w:tcPr>
          <w:p w14:paraId="7A27ED00" w14:textId="77777777" w:rsidR="00160F22" w:rsidRDefault="00B87149">
            <w:r>
              <w:rPr>
                <w:sz w:val="16"/>
              </w:rPr>
              <w:t>The practical reason approval makes sense now</w:t>
            </w:r>
          </w:p>
        </w:tc>
        <w:tc>
          <w:tcPr>
            <w:tcW w:w="3504" w:type="dxa"/>
            <w:tcMar>
              <w:top w:w="75" w:type="dxa"/>
              <w:left w:w="80" w:type="dxa"/>
              <w:bottom w:w="75" w:type="dxa"/>
              <w:right w:w="80" w:type="dxa"/>
            </w:tcMar>
          </w:tcPr>
          <w:p w14:paraId="68BC1228" w14:textId="77777777" w:rsidR="00160F22" w:rsidRDefault="00B87149">
            <w:r>
              <w:rPr>
                <w:sz w:val="16"/>
              </w:rPr>
              <w:t>We are seeing recurring issues in this area, and stronger internal knowledge would reduce reliance on outside support.</w:t>
            </w:r>
          </w:p>
        </w:tc>
      </w:tr>
      <w:tr w:rsidR="00160F22" w14:paraId="3C6DC04F" w14:textId="77777777">
        <w:trPr>
          <w:jc w:val="center"/>
        </w:trPr>
        <w:tc>
          <w:tcPr>
            <w:tcW w:w="3504" w:type="dxa"/>
            <w:tcMar>
              <w:top w:w="75" w:type="dxa"/>
              <w:left w:w="80" w:type="dxa"/>
              <w:bottom w:w="75" w:type="dxa"/>
              <w:right w:w="80" w:type="dxa"/>
            </w:tcMar>
          </w:tcPr>
          <w:p w14:paraId="4413B8DA" w14:textId="77777777" w:rsidR="00160F22" w:rsidRDefault="00B87149">
            <w:r>
              <w:rPr>
                <w:b/>
                <w:sz w:val="16"/>
              </w:rPr>
              <w:t>Team/project goal</w:t>
            </w:r>
          </w:p>
        </w:tc>
        <w:tc>
          <w:tcPr>
            <w:tcW w:w="3504" w:type="dxa"/>
            <w:tcMar>
              <w:top w:w="75" w:type="dxa"/>
              <w:left w:w="80" w:type="dxa"/>
              <w:bottom w:w="75" w:type="dxa"/>
              <w:right w:w="80" w:type="dxa"/>
            </w:tcMar>
          </w:tcPr>
          <w:p w14:paraId="43A75072" w14:textId="77777777" w:rsidR="00160F22" w:rsidRDefault="00B87149">
            <w:r>
              <w:rPr>
                <w:sz w:val="16"/>
              </w:rPr>
              <w:t>Department goals, reliability priorities, safety/compliance needs, or project deadlines</w:t>
            </w:r>
          </w:p>
        </w:tc>
        <w:tc>
          <w:tcPr>
            <w:tcW w:w="3504" w:type="dxa"/>
            <w:tcMar>
              <w:top w:w="75" w:type="dxa"/>
              <w:left w:w="80" w:type="dxa"/>
              <w:bottom w:w="75" w:type="dxa"/>
              <w:right w:w="80" w:type="dxa"/>
            </w:tcMar>
          </w:tcPr>
          <w:p w14:paraId="04C609AC" w14:textId="77777777" w:rsidR="00160F22" w:rsidRDefault="00B87149">
            <w:r>
              <w:rPr>
                <w:sz w:val="16"/>
              </w:rPr>
              <w:t>our reliability improvement goals for the unit.</w:t>
            </w:r>
          </w:p>
        </w:tc>
      </w:tr>
    </w:tbl>
    <w:p w14:paraId="597772B6" w14:textId="77777777" w:rsidR="00160F22" w:rsidRDefault="00B87149">
      <w:pPr>
        <w:pStyle w:val="TemplateHeading"/>
        <w:spacing w:before="200"/>
      </w:pPr>
      <w:r>
        <w:t>Optional stronger closing lines</w:t>
      </w:r>
    </w:p>
    <w:p w14:paraId="56788C0E" w14:textId="77777777" w:rsidR="00160F22" w:rsidRDefault="00B87149">
      <w:pPr>
        <w:pStyle w:val="TemplateBody"/>
        <w:ind w:left="317" w:hanging="187"/>
      </w:pPr>
      <w:r>
        <w:t xml:space="preserve">• </w:t>
      </w:r>
      <w:r>
        <w:t>I can share a brief summary with the team after the course so others can benefit from the key takeaways.</w:t>
      </w:r>
    </w:p>
    <w:p w14:paraId="69A1CA0D" w14:textId="77777777" w:rsidR="00160F22" w:rsidRDefault="00B87149">
      <w:pPr>
        <w:pStyle w:val="TemplateBody"/>
        <w:ind w:left="317" w:hanging="187"/>
      </w:pPr>
      <w:r>
        <w:t>• This training aligns with my current responsibilities and would help me contribute more confidently to upcoming work.</w:t>
      </w:r>
    </w:p>
    <w:p w14:paraId="7ED1542C" w14:textId="77777777" w:rsidR="00160F22" w:rsidRDefault="00B87149">
      <w:pPr>
        <w:pStyle w:val="TemplateBody"/>
        <w:ind w:left="317" w:hanging="187"/>
      </w:pPr>
      <w:r>
        <w:t>• The course content appears directly relevant to issues our team is actively managing.</w:t>
      </w:r>
    </w:p>
    <w:sectPr w:rsidR="00160F22" w:rsidSect="00034616">
      <w:footerReference w:type="default" r:id="rId8"/>
      <w:pgSz w:w="12240" w:h="15840"/>
      <w:pgMar w:top="648" w:right="864" w:bottom="64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5463" w14:textId="77777777" w:rsidR="00B87149" w:rsidRDefault="00B87149">
      <w:pPr>
        <w:spacing w:after="0" w:line="240" w:lineRule="auto"/>
      </w:pPr>
      <w:r>
        <w:separator/>
      </w:r>
    </w:p>
  </w:endnote>
  <w:endnote w:type="continuationSeparator" w:id="0">
    <w:p w14:paraId="54A823BC" w14:textId="77777777" w:rsidR="00B87149" w:rsidRDefault="00B8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9CFB" w14:textId="77777777" w:rsidR="00160F22" w:rsidRDefault="00B87149">
    <w:pPr>
      <w:pStyle w:val="Footer"/>
      <w:jc w:val="center"/>
    </w:pPr>
    <w:r>
      <w:rPr>
        <w:b/>
        <w:color w:val="132044"/>
        <w:sz w:val="16"/>
      </w:rPr>
      <w:t>Contact: TRAINING@BECHT.COM    |    BECHT.COM/TRAINING    |    BECHT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424A" w14:textId="77777777" w:rsidR="00B87149" w:rsidRDefault="00B87149">
      <w:pPr>
        <w:spacing w:after="0" w:line="240" w:lineRule="auto"/>
      </w:pPr>
      <w:r>
        <w:separator/>
      </w:r>
    </w:p>
  </w:footnote>
  <w:footnote w:type="continuationSeparator" w:id="0">
    <w:p w14:paraId="2628BB8D" w14:textId="77777777" w:rsidR="00B87149" w:rsidRDefault="00B87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571693">
    <w:abstractNumId w:val="8"/>
  </w:num>
  <w:num w:numId="2" w16cid:durableId="1365211581">
    <w:abstractNumId w:val="6"/>
  </w:num>
  <w:num w:numId="3" w16cid:durableId="1451121460">
    <w:abstractNumId w:val="5"/>
  </w:num>
  <w:num w:numId="4" w16cid:durableId="872225820">
    <w:abstractNumId w:val="4"/>
  </w:num>
  <w:num w:numId="5" w16cid:durableId="1512254989">
    <w:abstractNumId w:val="7"/>
  </w:num>
  <w:num w:numId="6" w16cid:durableId="765924454">
    <w:abstractNumId w:val="3"/>
  </w:num>
  <w:num w:numId="7" w16cid:durableId="852379545">
    <w:abstractNumId w:val="2"/>
  </w:num>
  <w:num w:numId="8" w16cid:durableId="385641408">
    <w:abstractNumId w:val="1"/>
  </w:num>
  <w:num w:numId="9" w16cid:durableId="12809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0F22"/>
    <w:rsid w:val="0029639D"/>
    <w:rsid w:val="00326F90"/>
    <w:rsid w:val="008B02EB"/>
    <w:rsid w:val="00A1021C"/>
    <w:rsid w:val="00AA051E"/>
    <w:rsid w:val="00AA1D8D"/>
    <w:rsid w:val="00B47730"/>
    <w:rsid w:val="00B8714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63720"/>
  <w14:defaultImageDpi w14:val="300"/>
  <w15:docId w15:val="{18852DB1-A943-44A1-BACD-4B7A99CD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282828"/>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mplateTitle">
    <w:name w:val="TemplateTitle"/>
    <w:pPr>
      <w:spacing w:after="60"/>
    </w:pPr>
    <w:rPr>
      <w:rFonts w:ascii="Aptos" w:eastAsia="Aptos" w:hAnsi="Aptos"/>
      <w:b/>
      <w:color w:val="132044"/>
      <w:sz w:val="40"/>
    </w:rPr>
  </w:style>
  <w:style w:type="paragraph" w:customStyle="1" w:styleId="TemplateSubtitle">
    <w:name w:val="TemplateSubtitle"/>
    <w:pPr>
      <w:spacing w:after="60"/>
    </w:pPr>
    <w:rPr>
      <w:rFonts w:ascii="Aptos" w:eastAsia="Aptos" w:hAnsi="Aptos"/>
      <w:color w:val="132044"/>
      <w:sz w:val="21"/>
    </w:rPr>
  </w:style>
  <w:style w:type="paragraph" w:customStyle="1" w:styleId="TemplateHeading">
    <w:name w:val="TemplateHeading"/>
    <w:pPr>
      <w:spacing w:after="60"/>
    </w:pPr>
    <w:rPr>
      <w:rFonts w:ascii="Aptos" w:eastAsia="Aptos" w:hAnsi="Aptos"/>
      <w:b/>
      <w:color w:val="132044"/>
      <w:sz w:val="21"/>
    </w:rPr>
  </w:style>
  <w:style w:type="paragraph" w:customStyle="1" w:styleId="TemplateBody">
    <w:name w:val="TemplateBody"/>
    <w:pPr>
      <w:spacing w:after="60"/>
    </w:pPr>
    <w:rPr>
      <w:rFonts w:ascii="Aptos" w:eastAsia="Aptos" w:hAnsi="Aptos"/>
      <w:color w:val="282828"/>
      <w:sz w:val="18"/>
    </w:rPr>
  </w:style>
  <w:style w:type="paragraph" w:customStyle="1" w:styleId="TemplateSmall">
    <w:name w:val="TemplateSmall"/>
    <w:pPr>
      <w:spacing w:after="60"/>
    </w:pPr>
    <w:rPr>
      <w:rFonts w:ascii="Aptos" w:eastAsia="Aptos" w:hAnsi="Aptos"/>
      <w:color w:val="5A5A5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Nicole Keaton</cp:lastModifiedBy>
  <cp:revision>2</cp:revision>
  <dcterms:created xsi:type="dcterms:W3CDTF">2026-06-17T18:28:00Z</dcterms:created>
  <dcterms:modified xsi:type="dcterms:W3CDTF">2026-06-17T18:28:00Z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7429d4ae-b883-4799-ac25-806c2414a052</vt:lpwstr>
  </property>
</Properties>
</file>